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מסע חלקי הדיבר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חלקי דיבר מתקדמים – תואר הפועל, מילות יחס, מילות קישור ושמות עצם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תואר הפועל, מילות יחס נטויות ומיודעות ומילות קישור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סוגי שמות עצם (פרטי, כללי, מופשט)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בחלקי הדיבר בכתיבה 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מרובה - זיהוי חלקי דיבר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הילד רץ כי הוא שמח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תואר הפועל מתאר את אופן, זמן או מקום הפעולה.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שם עצם פרטי מתאר דבר מסוים ויחיד, לא קבוצה.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קישור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סוג המילה והדוגמה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(מתאר איך נעשית הפעולה, למשל "בשקט")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(מחברת בין משפטים או מילים, למשל "אבל")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(מתאר קבוצה שלמה, למשל "ילד")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עצמאית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כל משפט מכיל לפחות חלק דיבר אחד מהרשימה, מסומן נכון, והמשפט תקין מבחינה תחבירית.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תואר הפועל מתאר איך, מתי או איפה קורית הפעולה, למשל מהר או בבוקר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מילת יחס נטויה מחוברת לכינוי גוף (איתו), ומיודעת מחוברת לה' הידיעה (בבית)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למילת קישור: אבל/כי; דוגמה לשם עצם מופשט: שמחה/אהבה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במשחק קצר מהאתר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לחזור על ההגדרות בלוח לפני תחילת התרגול העצמאי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לעבוד בזוגות על חלק ההתאמה והכתיבה הפתוחה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מסע חלקי הדיבר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חלקי דיבר מתקדמים – תואר הפועל, מילות יחס, מילות קישור ושמות עצם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בשלב הזה של המסע לומדים להכיר ארבעה חלקי דיבר חשובים: תואר הפועל, מילות יחס, מילות קישור וסוגי שמות עצם. דף זה מתרגל את הנושאים הללו דרך שאלות ומשימות.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קישור  ·  תואר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בחירה מרובה - זיהוי חלקי דיבר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איזו מהמילים הבאות היא תואר הפועל?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באיזה משפט מופיעה מילת קישור?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הילד רץ כי הוא שמח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הילד רץ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הילד הקטן רץ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תואר הפועל עונה על השאלות איך, מתי או איפה.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שם עצם פרטי מתאר קבוצה שלמה של דברים.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המילה "מהר" היא __________ הפועל.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המילה "כי" היא מילת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- סוג המילה והדוגמה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תואר הפועל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מחברת בין משפטים או מילים, למשל "אבל"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מילת קישור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מתאר קבוצה שלמה, למשל "ילד"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שם עצם כללי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מתאר איך נעשית הפעולה, למשל "בשקט"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שלושה משפטים משלכם. בכל משפט השתמשו בלפחות חלק דיבר אחד שלמדנו היום (תואר הפועל, מילת יחס, מילת קישור או שם עצם), וסמנו אותו בעיגול.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תואר הפועל? תנו דוגמה אחת.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מילת יחס נטויה למילת יחס מיודעת?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חלקי דיבר מתקדמים – תואר הפועל, מילות יחס, מילות קישור ושמות עצם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