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שם עצם לשם תואר במין ובמספר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המספר של שם העצם ושל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יש התאמה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לתקן צירופים שבהם אין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צירוף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ערים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חלונות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עיניים הוא רבים נקבה, כחולות הוא רבים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לילות הוא רבים זכר, קרים הוא רבים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סוף שם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לצורת שם התואר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הבדיקה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מין שם העצם,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את מספר שם העצם, יחיד או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שם התואר מתאים באותו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אין התאמה, מתקנים את סוף שם התואר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התאמה נכונה בשני הצירופים ושהצירוף השגוי אכן אינו מתאים במין או במספר, ושהתיקון של החבר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שבה יש התאמה נכונה בין מין ומספר, וכל דוגמה שאין בה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ערים 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ולבדוק זה את זה בחלק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שבעברית רבים זכר מסתיים בדרך כלל בים ורבים נקבה בדרך כלל בות, אך יש יוצאים מהכלל כמו ערים ושנים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שם עצם לשם תואר במין ובמספר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שם תואר חייב להתאים לשם העצם שהוא מתאר, גם במין (זכר/נקבה) וגם במספר (יחיד/רבים). בדף הזה נתרגל איך לבדוק אם צירוף של שם עצם ושם תואר מתאים או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ות  ·  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צירוף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צירוף מתאים במין ובמספר?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צירוף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חלונות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חלון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חלונות גדולים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עיניים כחולות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לילות קרים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סוף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ציפורים קטנ__________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לילות קר__________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לצורת שם התואר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בחורים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בחורות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הבדיקה של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אין התאמה, מתקנים את סוף שם התואר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שם התואר מתאים באותו מין ומספר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את מספר שם העצם, יחיד או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את מין שם העצם, זכר או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צירופים של שם עצם ושם תואר: שני צירופים מתאימים וצירוף אחד שגוי בכוונה. העבירו לחבר או לחברה שיתקנו את הצירוף השגוי.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הדברים שצריך לבדוק כדי לדעת אם שם תואר מתאים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לצירוף מתאים ולצירוף לא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בין שם עצם לשם תואר במין ובמספר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