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שם עצם לשם תואר במין ובמספר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המספר של שם העצם ושל שם התואר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אם יש התאמה בין שם עצם לשם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לתקן צירופים שבהם אין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צירוף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ערים גדולות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ציפורים קטנות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חלונות גדולים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שנים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קירות לבנים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עיניים הוא רבים נקבה, כחולות הוא רבים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ערים הוא רבים נקבה אבל גדולים הוא רבים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לילות הוא רבים זכר, קרים הוא רבים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מקומות הוא רבים זכר, יפים הוא רבים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עיניים הוא רבים נקבה אבל כחולים הוא רבים זכר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סוף שם התואר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לצורת שם התואר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(טובה)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הבדיקה של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את מין שם העצם,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מזהים את מספר שם העצם, יחיד או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אם שם התואר מתאים באותו מין ומספר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אין התאמה, מתקנים את סוף שם התואר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התאמה נכונה בשני הצירופים ושהצירוף השגוי אכן אינו מתאים במין או במספר, ושהתיקון של החבר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שבה יש התאמה נכונה בין מין ומספר, וכל דוגמה שאין בה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ערים 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לעבוד בזוגות ולבדוק זה את זה בחלק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שבעברית רבים זכר מסתיים בדרך כלל בים ורבים נקבה בדרך כלל בות, אך יש יוצאים מהכלל כמו ערים ושנים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חלקי הדיבר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בין שם עצם לשם תואר במין ובמספר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באתר בודקים אם מילה שמתארת (שם תואר) מתאימה למילה שהיא מתארת (שם עצם). צריך לבדוק אם שתי המילים זכר או נקבה, יחיד או רבים.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מקום, למשל עיר, ציפור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למשל גדולה, יפים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זכר או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 או רבים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כששם התואר מתאים לשם העצם במין ובמספר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אחד, למשל 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מדבר אחד, למשל 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צירוף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צירוף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ערים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עירים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צירוף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ציפורים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ציפורים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צירוף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חלונות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חלון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חלונות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חלון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צירוף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שנה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שנים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צירוף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קירות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קיר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קירות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קיר לבנים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עיניים כחולות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ערים גדולים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לילות קרים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מקומות יפים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עיניים כחולים מתאים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סוף שם התואר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ציפורים קטנ__________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לילות קר__________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שנים טוב__________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קירות לבנ__________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ערים גדול__________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לצורת שם התואר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בחורים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בחורות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הבדיקה של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שם התואר מתאים באותו מין ומספר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התאמה, מתקנים את סוף שם התואר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מספר שם העצם, יחיד או 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את מין שם העצם, זכר או 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צירופים של שם עצם ושם תואר: שני צירופים מתאימים וצירוף אחד שגוי בכוונה. העבירו לחבר או לחברה שיתקנו את הצירוף השגוי.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הדברים שצריך לבדוק כדי לדעת אם שם תואר מתאים לשם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לצירוף מתאים ולצירוף לא מתאים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 את הצירוף: ערים יפים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בין שם עצם לשם תואר במין ובמספר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